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1F0845" w14:textId="1DFA95D4" w:rsidR="008B1CB6" w:rsidRPr="003E271C" w:rsidRDefault="008B1CB6"/>
    <w:p w14:paraId="598D3899" w14:textId="1AC8D6A6" w:rsidR="008B1CB6" w:rsidRPr="003E271C" w:rsidRDefault="003E271C" w:rsidP="004317EC">
      <w:pPr>
        <w:pStyle w:val="Ttulo"/>
        <w:pBdr>
          <w:bottom w:val="single" w:sz="8" w:space="15" w:color="4F81BD" w:themeColor="accent1"/>
        </w:pBdr>
        <w:rPr>
          <w:color w:val="auto"/>
          <w:lang w:val="es-ES"/>
        </w:rPr>
      </w:pPr>
      <w:r w:rsidRPr="003E271C">
        <w:rPr>
          <w:noProof/>
          <w:color w:val="auto"/>
          <w:sz w:val="36"/>
          <w:szCs w:val="36"/>
        </w:rPr>
        <w:drawing>
          <wp:anchor distT="0" distB="0" distL="114300" distR="114300" simplePos="0" relativeHeight="251656192" behindDoc="0" locked="0" layoutInCell="1" allowOverlap="1" wp14:anchorId="08302D3C" wp14:editId="6387DB1B">
            <wp:simplePos x="0" y="0"/>
            <wp:positionH relativeFrom="column">
              <wp:posOffset>3566160</wp:posOffset>
            </wp:positionH>
            <wp:positionV relativeFrom="paragraph">
              <wp:posOffset>553085</wp:posOffset>
            </wp:positionV>
            <wp:extent cx="914400" cy="785468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ESPAÑOLA-removebg-preview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7854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 w:rsidRPr="003E271C">
        <w:rPr>
          <w:color w:val="auto"/>
          <w:sz w:val="36"/>
          <w:szCs w:val="36"/>
          <w:lang w:val="es-ES"/>
        </w:rPr>
        <w:t>FORMULARIO DE INSCRIPCIÓN / REGISTRATION FORM</w:t>
      </w:r>
    </w:p>
    <w:p w14:paraId="19C13767" w14:textId="50D9D238" w:rsidR="008B1CB6" w:rsidRPr="003E271C" w:rsidRDefault="003E271C">
      <w:pPr>
        <w:jc w:val="center"/>
        <w:rPr>
          <w:lang w:val="es-ES"/>
        </w:rPr>
      </w:pPr>
      <w:r w:rsidRPr="003E271C">
        <w:rPr>
          <w:b/>
          <w:bCs/>
          <w:noProof/>
          <w:lang w:val="es-ES"/>
        </w:rPr>
        <w:drawing>
          <wp:anchor distT="0" distB="0" distL="114300" distR="114300" simplePos="0" relativeHeight="251727872" behindDoc="1" locked="0" layoutInCell="1" allowOverlap="1" wp14:anchorId="4B3FBB92" wp14:editId="3101F838">
            <wp:simplePos x="0" y="0"/>
            <wp:positionH relativeFrom="column">
              <wp:posOffset>4320540</wp:posOffset>
            </wp:positionH>
            <wp:positionV relativeFrom="paragraph">
              <wp:posOffset>170180</wp:posOffset>
            </wp:positionV>
            <wp:extent cx="944880" cy="1234440"/>
            <wp:effectExtent l="0" t="0" r="7620" b="3810"/>
            <wp:wrapNone/>
            <wp:docPr id="69802113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123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271C">
        <w:rPr>
          <w:noProof/>
          <w:sz w:val="36"/>
          <w:szCs w:val="36"/>
        </w:rPr>
        <w:drawing>
          <wp:anchor distT="0" distB="0" distL="114300" distR="114300" simplePos="0" relativeHeight="251705344" behindDoc="1" locked="0" layoutInCell="1" allowOverlap="1" wp14:anchorId="0A819134" wp14:editId="7A018137">
            <wp:simplePos x="0" y="0"/>
            <wp:positionH relativeFrom="column">
              <wp:posOffset>1973580</wp:posOffset>
            </wp:positionH>
            <wp:positionV relativeFrom="paragraph">
              <wp:posOffset>19050</wp:posOffset>
            </wp:positionV>
            <wp:extent cx="1607820" cy="160782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WC HYDROFLY SPAIN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1607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E271C">
        <w:rPr>
          <w:noProof/>
          <w:sz w:val="36"/>
          <w:szCs w:val="36"/>
        </w:rPr>
        <w:drawing>
          <wp:anchor distT="0" distB="0" distL="114300" distR="114300" simplePos="0" relativeHeight="251614208" behindDoc="0" locked="0" layoutInCell="1" allowOverlap="1" wp14:anchorId="2879E51D" wp14:editId="3B8D5BE9">
            <wp:simplePos x="0" y="0"/>
            <wp:positionH relativeFrom="column">
              <wp:posOffset>1257300</wp:posOffset>
            </wp:positionH>
            <wp:positionV relativeFrom="paragraph">
              <wp:posOffset>17780</wp:posOffset>
            </wp:positionV>
            <wp:extent cx="853440" cy="495300"/>
            <wp:effectExtent l="0" t="0" r="381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im-logo.jpe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5344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55CEF2" w14:textId="65376837" w:rsidR="004317EC" w:rsidRPr="003E271C" w:rsidRDefault="004317EC">
      <w:pPr>
        <w:rPr>
          <w:b/>
          <w:bCs/>
          <w:lang w:val="es-ES"/>
        </w:rPr>
      </w:pPr>
      <w:r w:rsidRPr="003E271C">
        <w:rPr>
          <w:b/>
          <w:bCs/>
          <w:noProof/>
        </w:rPr>
        <w:drawing>
          <wp:anchor distT="0" distB="0" distL="114300" distR="114300" simplePos="0" relativeHeight="251720704" behindDoc="0" locked="0" layoutInCell="1" allowOverlap="1" wp14:anchorId="6F499845" wp14:editId="6DA92502">
            <wp:simplePos x="0" y="0"/>
            <wp:positionH relativeFrom="column">
              <wp:posOffset>381635</wp:posOffset>
            </wp:positionH>
            <wp:positionV relativeFrom="paragraph">
              <wp:posOffset>196215</wp:posOffset>
            </wp:positionV>
            <wp:extent cx="971990" cy="419100"/>
            <wp:effectExtent l="0" t="0" r="0" b="0"/>
            <wp:wrapNone/>
            <wp:docPr id="1290577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990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E271C">
        <w:rPr>
          <w:noProof/>
        </w:rPr>
        <w:drawing>
          <wp:anchor distT="0" distB="0" distL="114300" distR="114300" simplePos="0" relativeHeight="251674624" behindDoc="0" locked="0" layoutInCell="1" allowOverlap="1" wp14:anchorId="3C6A8FAE" wp14:editId="541522A8">
            <wp:simplePos x="0" y="0"/>
            <wp:positionH relativeFrom="column">
              <wp:posOffset>3581400</wp:posOffset>
            </wp:positionH>
            <wp:positionV relativeFrom="paragraph">
              <wp:posOffset>314325</wp:posOffset>
            </wp:positionV>
            <wp:extent cx="689610" cy="97536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sin fondo Federacion_Mejorado (1)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9610" cy="975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219B0D" w14:textId="766C3365" w:rsidR="004317EC" w:rsidRPr="003E271C" w:rsidRDefault="004317EC">
      <w:pPr>
        <w:rPr>
          <w:b/>
          <w:bCs/>
          <w:lang w:val="es-ES"/>
        </w:rPr>
      </w:pPr>
      <w:r w:rsidRPr="003E271C">
        <w:rPr>
          <w:noProof/>
        </w:rPr>
        <w:drawing>
          <wp:anchor distT="0" distB="0" distL="114300" distR="114300" simplePos="0" relativeHeight="251716608" behindDoc="0" locked="0" layoutInCell="1" allowOverlap="1" wp14:anchorId="5762422D" wp14:editId="1D50D97A">
            <wp:simplePos x="0" y="0"/>
            <wp:positionH relativeFrom="column">
              <wp:posOffset>1405890</wp:posOffset>
            </wp:positionH>
            <wp:positionV relativeFrom="paragraph">
              <wp:posOffset>18415</wp:posOffset>
            </wp:positionV>
            <wp:extent cx="580424" cy="824230"/>
            <wp:effectExtent l="0" t="0" r="0" b="0"/>
            <wp:wrapNone/>
            <wp:docPr id="97362197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621975" name="Imagen 973621975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80424" cy="824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8D1F90E" w14:textId="1654D630" w:rsidR="004317EC" w:rsidRPr="003E271C" w:rsidRDefault="004317EC">
      <w:pPr>
        <w:rPr>
          <w:b/>
          <w:bCs/>
          <w:lang w:val="es-ES"/>
        </w:rPr>
      </w:pPr>
    </w:p>
    <w:p w14:paraId="0C5C2465" w14:textId="328301C7" w:rsidR="004317EC" w:rsidRPr="003E271C" w:rsidRDefault="004317EC">
      <w:pPr>
        <w:rPr>
          <w:b/>
          <w:bCs/>
          <w:lang w:val="es-ES"/>
        </w:rPr>
      </w:pPr>
      <w:r w:rsidRPr="003E271C">
        <w:rPr>
          <w:noProof/>
        </w:rPr>
        <w:drawing>
          <wp:anchor distT="0" distB="0" distL="114300" distR="114300" simplePos="0" relativeHeight="251631616" behindDoc="0" locked="0" layoutInCell="1" allowOverlap="1" wp14:anchorId="1BEE69AF" wp14:editId="096CB2E2">
            <wp:simplePos x="0" y="0"/>
            <wp:positionH relativeFrom="column">
              <wp:posOffset>2175510</wp:posOffset>
            </wp:positionH>
            <wp:positionV relativeFrom="paragraph">
              <wp:posOffset>281305</wp:posOffset>
            </wp:positionV>
            <wp:extent cx="1296634" cy="5422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n fondo_logo Región de Murcia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96634" cy="542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DC6620" w14:textId="7ABC2638" w:rsidR="004317EC" w:rsidRPr="003E271C" w:rsidRDefault="004317EC">
      <w:pPr>
        <w:rPr>
          <w:b/>
          <w:bCs/>
          <w:lang w:val="es-ES"/>
        </w:rPr>
      </w:pPr>
    </w:p>
    <w:p w14:paraId="5C5CF98A" w14:textId="4DDD7CBD" w:rsidR="004317EC" w:rsidRPr="003E271C" w:rsidRDefault="004317EC">
      <w:pPr>
        <w:rPr>
          <w:b/>
          <w:bCs/>
          <w:lang w:val="es-ES"/>
        </w:rPr>
      </w:pPr>
    </w:p>
    <w:p w14:paraId="24771A86" w14:textId="5A5BDD57" w:rsidR="008B1CB6" w:rsidRPr="003E271C" w:rsidRDefault="00000000" w:rsidP="003E271C">
      <w:pPr>
        <w:jc w:val="center"/>
        <w:rPr>
          <w:b/>
          <w:bCs/>
        </w:rPr>
      </w:pPr>
      <w:r w:rsidRPr="003E271C">
        <w:rPr>
          <w:b/>
          <w:bCs/>
        </w:rPr>
        <w:t>HYDROFLY WORLD CHAMPIONSHIP – MAZARRÓN 2026</w:t>
      </w:r>
    </w:p>
    <w:p w14:paraId="084151B0" w14:textId="77777777" w:rsidR="008B1CB6" w:rsidRPr="003E271C" w:rsidRDefault="00000000" w:rsidP="003E271C">
      <w:pPr>
        <w:jc w:val="center"/>
      </w:pPr>
      <w:r w:rsidRPr="003E271C">
        <w:t>25, 26 y 27 de septiembre 2026 / September 25, 26 &amp; 27, 2026</w:t>
      </w:r>
    </w:p>
    <w:p w14:paraId="4CE77998" w14:textId="77777777" w:rsidR="008B1CB6" w:rsidRPr="003E271C" w:rsidRDefault="00000000">
      <w:pPr>
        <w:pStyle w:val="Ttulo2"/>
        <w:rPr>
          <w:color w:val="auto"/>
        </w:rPr>
      </w:pPr>
      <w:r w:rsidRPr="003E271C">
        <w:rPr>
          <w:color w:val="auto"/>
          <w:highlight w:val="lightGray"/>
        </w:rPr>
        <w:t>DATOS DEL PARTICIPANTE / PARTICIPANT DETAILS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E271C" w:rsidRPr="003E271C" w14:paraId="65123CA8" w14:textId="77777777">
        <w:tc>
          <w:tcPr>
            <w:tcW w:w="2880" w:type="dxa"/>
          </w:tcPr>
          <w:p w14:paraId="67309FF2" w14:textId="77777777" w:rsidR="008B1CB6" w:rsidRPr="003E271C" w:rsidRDefault="00000000">
            <w:r w:rsidRPr="003E271C">
              <w:t>ES</w:t>
            </w:r>
          </w:p>
        </w:tc>
        <w:tc>
          <w:tcPr>
            <w:tcW w:w="2880" w:type="dxa"/>
          </w:tcPr>
          <w:p w14:paraId="4F74FE0D" w14:textId="77777777" w:rsidR="008B1CB6" w:rsidRPr="003E271C" w:rsidRDefault="00000000">
            <w:r w:rsidRPr="003E271C">
              <w:t>EN</w:t>
            </w:r>
          </w:p>
        </w:tc>
        <w:tc>
          <w:tcPr>
            <w:tcW w:w="2880" w:type="dxa"/>
          </w:tcPr>
          <w:p w14:paraId="56430B38" w14:textId="77777777" w:rsidR="008B1CB6" w:rsidRPr="003E271C" w:rsidRDefault="008B1CB6"/>
        </w:tc>
      </w:tr>
      <w:tr w:rsidR="003E271C" w:rsidRPr="003E271C" w14:paraId="71D0477C" w14:textId="77777777">
        <w:tc>
          <w:tcPr>
            <w:tcW w:w="2880" w:type="dxa"/>
          </w:tcPr>
          <w:p w14:paraId="07ADE6A8" w14:textId="77777777" w:rsidR="008B1CB6" w:rsidRPr="003E271C" w:rsidRDefault="00000000">
            <w:r w:rsidRPr="003E271C">
              <w:t xml:space="preserve">Nombre </w:t>
            </w:r>
            <w:proofErr w:type="spellStart"/>
            <w:r w:rsidRPr="003E271C">
              <w:t>completo</w:t>
            </w:r>
            <w:proofErr w:type="spellEnd"/>
          </w:p>
        </w:tc>
        <w:tc>
          <w:tcPr>
            <w:tcW w:w="2880" w:type="dxa"/>
          </w:tcPr>
          <w:p w14:paraId="3576648B" w14:textId="77777777" w:rsidR="008B1CB6" w:rsidRPr="003E271C" w:rsidRDefault="00000000">
            <w:r w:rsidRPr="003E271C">
              <w:t>Full Name</w:t>
            </w:r>
          </w:p>
        </w:tc>
        <w:tc>
          <w:tcPr>
            <w:tcW w:w="2880" w:type="dxa"/>
          </w:tcPr>
          <w:p w14:paraId="19FBF41A" w14:textId="77777777" w:rsidR="008B1CB6" w:rsidRPr="003E271C" w:rsidRDefault="008B1CB6"/>
        </w:tc>
      </w:tr>
      <w:tr w:rsidR="003E271C" w:rsidRPr="003E271C" w14:paraId="1C36084B" w14:textId="77777777">
        <w:tc>
          <w:tcPr>
            <w:tcW w:w="2880" w:type="dxa"/>
          </w:tcPr>
          <w:p w14:paraId="5E53492B" w14:textId="77777777" w:rsidR="008B1CB6" w:rsidRPr="003E271C" w:rsidRDefault="00000000">
            <w:r w:rsidRPr="003E271C">
              <w:t xml:space="preserve">DNI / NIE / </w:t>
            </w:r>
            <w:proofErr w:type="spellStart"/>
            <w:r w:rsidRPr="003E271C">
              <w:t>Pasaporte</w:t>
            </w:r>
            <w:proofErr w:type="spellEnd"/>
          </w:p>
        </w:tc>
        <w:tc>
          <w:tcPr>
            <w:tcW w:w="2880" w:type="dxa"/>
          </w:tcPr>
          <w:p w14:paraId="3C2AF0D4" w14:textId="77777777" w:rsidR="008B1CB6" w:rsidRPr="003E271C" w:rsidRDefault="00000000">
            <w:r w:rsidRPr="003E271C">
              <w:t>ID / Passport</w:t>
            </w:r>
          </w:p>
        </w:tc>
        <w:tc>
          <w:tcPr>
            <w:tcW w:w="2880" w:type="dxa"/>
          </w:tcPr>
          <w:p w14:paraId="5665D8AB" w14:textId="77777777" w:rsidR="008B1CB6" w:rsidRPr="003E271C" w:rsidRDefault="008B1CB6"/>
        </w:tc>
      </w:tr>
      <w:tr w:rsidR="003E271C" w:rsidRPr="003E271C" w14:paraId="5DB3867F" w14:textId="77777777">
        <w:tc>
          <w:tcPr>
            <w:tcW w:w="2880" w:type="dxa"/>
          </w:tcPr>
          <w:p w14:paraId="5FE8D580" w14:textId="77777777" w:rsidR="008B1CB6" w:rsidRPr="003E271C" w:rsidRDefault="00000000">
            <w:proofErr w:type="spellStart"/>
            <w:r w:rsidRPr="003E271C">
              <w:t>Fecha</w:t>
            </w:r>
            <w:proofErr w:type="spellEnd"/>
            <w:r w:rsidRPr="003E271C">
              <w:t xml:space="preserve"> de </w:t>
            </w:r>
            <w:proofErr w:type="spellStart"/>
            <w:r w:rsidRPr="003E271C">
              <w:t>nacimiento</w:t>
            </w:r>
            <w:proofErr w:type="spellEnd"/>
          </w:p>
        </w:tc>
        <w:tc>
          <w:tcPr>
            <w:tcW w:w="2880" w:type="dxa"/>
          </w:tcPr>
          <w:p w14:paraId="02536872" w14:textId="77777777" w:rsidR="008B1CB6" w:rsidRPr="003E271C" w:rsidRDefault="00000000">
            <w:r w:rsidRPr="003E271C">
              <w:t>Date of Birth</w:t>
            </w:r>
          </w:p>
        </w:tc>
        <w:tc>
          <w:tcPr>
            <w:tcW w:w="2880" w:type="dxa"/>
          </w:tcPr>
          <w:p w14:paraId="54DA81D4" w14:textId="77777777" w:rsidR="008B1CB6" w:rsidRPr="003E271C" w:rsidRDefault="008B1CB6"/>
        </w:tc>
      </w:tr>
      <w:tr w:rsidR="003E271C" w:rsidRPr="003E271C" w14:paraId="694D2E23" w14:textId="77777777">
        <w:tc>
          <w:tcPr>
            <w:tcW w:w="2880" w:type="dxa"/>
          </w:tcPr>
          <w:p w14:paraId="4B3B96DE" w14:textId="77777777" w:rsidR="008B1CB6" w:rsidRPr="003E271C" w:rsidRDefault="00000000">
            <w:proofErr w:type="spellStart"/>
            <w:r w:rsidRPr="003E271C">
              <w:t>Nacionalidad</w:t>
            </w:r>
            <w:proofErr w:type="spellEnd"/>
          </w:p>
        </w:tc>
        <w:tc>
          <w:tcPr>
            <w:tcW w:w="2880" w:type="dxa"/>
          </w:tcPr>
          <w:p w14:paraId="4817AF98" w14:textId="77777777" w:rsidR="008B1CB6" w:rsidRPr="003E271C" w:rsidRDefault="00000000">
            <w:r w:rsidRPr="003E271C">
              <w:t>Nationality</w:t>
            </w:r>
          </w:p>
        </w:tc>
        <w:tc>
          <w:tcPr>
            <w:tcW w:w="2880" w:type="dxa"/>
          </w:tcPr>
          <w:p w14:paraId="4FB8381A" w14:textId="77777777" w:rsidR="008B1CB6" w:rsidRPr="003E271C" w:rsidRDefault="008B1CB6"/>
        </w:tc>
      </w:tr>
      <w:tr w:rsidR="003E271C" w:rsidRPr="003E271C" w14:paraId="67E347D6" w14:textId="77777777">
        <w:tc>
          <w:tcPr>
            <w:tcW w:w="2880" w:type="dxa"/>
          </w:tcPr>
          <w:p w14:paraId="50EFD5BF" w14:textId="77777777" w:rsidR="008B1CB6" w:rsidRPr="003E271C" w:rsidRDefault="00000000">
            <w:proofErr w:type="spellStart"/>
            <w:r w:rsidRPr="003E271C">
              <w:t>Dirección</w:t>
            </w:r>
            <w:proofErr w:type="spellEnd"/>
          </w:p>
        </w:tc>
        <w:tc>
          <w:tcPr>
            <w:tcW w:w="2880" w:type="dxa"/>
          </w:tcPr>
          <w:p w14:paraId="1BE7E2D8" w14:textId="77777777" w:rsidR="008B1CB6" w:rsidRPr="003E271C" w:rsidRDefault="00000000">
            <w:r w:rsidRPr="003E271C">
              <w:t>Address</w:t>
            </w:r>
          </w:p>
        </w:tc>
        <w:tc>
          <w:tcPr>
            <w:tcW w:w="2880" w:type="dxa"/>
          </w:tcPr>
          <w:p w14:paraId="29F645DF" w14:textId="77777777" w:rsidR="008B1CB6" w:rsidRPr="003E271C" w:rsidRDefault="008B1CB6"/>
        </w:tc>
      </w:tr>
      <w:tr w:rsidR="003E271C" w:rsidRPr="003E271C" w14:paraId="293AC9C0" w14:textId="77777777">
        <w:tc>
          <w:tcPr>
            <w:tcW w:w="2880" w:type="dxa"/>
          </w:tcPr>
          <w:p w14:paraId="1547D60E" w14:textId="77777777" w:rsidR="008B1CB6" w:rsidRPr="003E271C" w:rsidRDefault="00000000">
            <w:r w:rsidRPr="003E271C">
              <w:t>Código Postal</w:t>
            </w:r>
          </w:p>
        </w:tc>
        <w:tc>
          <w:tcPr>
            <w:tcW w:w="2880" w:type="dxa"/>
          </w:tcPr>
          <w:p w14:paraId="7FEB8D7B" w14:textId="77777777" w:rsidR="008B1CB6" w:rsidRPr="003E271C" w:rsidRDefault="00000000">
            <w:r w:rsidRPr="003E271C">
              <w:t>Postal Code</w:t>
            </w:r>
          </w:p>
        </w:tc>
        <w:tc>
          <w:tcPr>
            <w:tcW w:w="2880" w:type="dxa"/>
          </w:tcPr>
          <w:p w14:paraId="0A9FA2F2" w14:textId="77777777" w:rsidR="008B1CB6" w:rsidRPr="003E271C" w:rsidRDefault="008B1CB6"/>
        </w:tc>
      </w:tr>
      <w:tr w:rsidR="003E271C" w:rsidRPr="003E271C" w14:paraId="0E02ADB4" w14:textId="77777777">
        <w:tc>
          <w:tcPr>
            <w:tcW w:w="2880" w:type="dxa"/>
          </w:tcPr>
          <w:p w14:paraId="4F5A8831" w14:textId="77777777" w:rsidR="008B1CB6" w:rsidRPr="003E271C" w:rsidRDefault="00000000">
            <w:proofErr w:type="spellStart"/>
            <w:r w:rsidRPr="003E271C">
              <w:t>Localidad</w:t>
            </w:r>
            <w:proofErr w:type="spellEnd"/>
            <w:r w:rsidRPr="003E271C">
              <w:t xml:space="preserve"> / Ciudad</w:t>
            </w:r>
          </w:p>
        </w:tc>
        <w:tc>
          <w:tcPr>
            <w:tcW w:w="2880" w:type="dxa"/>
          </w:tcPr>
          <w:p w14:paraId="5F27978A" w14:textId="77777777" w:rsidR="008B1CB6" w:rsidRPr="003E271C" w:rsidRDefault="00000000">
            <w:r w:rsidRPr="003E271C">
              <w:t>City</w:t>
            </w:r>
          </w:p>
        </w:tc>
        <w:tc>
          <w:tcPr>
            <w:tcW w:w="2880" w:type="dxa"/>
          </w:tcPr>
          <w:p w14:paraId="0CED7DE0" w14:textId="77777777" w:rsidR="008B1CB6" w:rsidRPr="003E271C" w:rsidRDefault="008B1CB6"/>
        </w:tc>
      </w:tr>
      <w:tr w:rsidR="003E271C" w:rsidRPr="003E271C" w14:paraId="2F754516" w14:textId="77777777">
        <w:tc>
          <w:tcPr>
            <w:tcW w:w="2880" w:type="dxa"/>
          </w:tcPr>
          <w:p w14:paraId="17CE9621" w14:textId="77777777" w:rsidR="008B1CB6" w:rsidRPr="003E271C" w:rsidRDefault="00000000">
            <w:r w:rsidRPr="003E271C">
              <w:t>País</w:t>
            </w:r>
          </w:p>
        </w:tc>
        <w:tc>
          <w:tcPr>
            <w:tcW w:w="2880" w:type="dxa"/>
          </w:tcPr>
          <w:p w14:paraId="6B622B41" w14:textId="77777777" w:rsidR="008B1CB6" w:rsidRPr="003E271C" w:rsidRDefault="00000000">
            <w:r w:rsidRPr="003E271C">
              <w:t>Country</w:t>
            </w:r>
          </w:p>
        </w:tc>
        <w:tc>
          <w:tcPr>
            <w:tcW w:w="2880" w:type="dxa"/>
          </w:tcPr>
          <w:p w14:paraId="30225074" w14:textId="77777777" w:rsidR="008B1CB6" w:rsidRPr="003E271C" w:rsidRDefault="008B1CB6"/>
        </w:tc>
      </w:tr>
      <w:tr w:rsidR="003E271C" w:rsidRPr="003E271C" w14:paraId="33BBEDAB" w14:textId="77777777">
        <w:tc>
          <w:tcPr>
            <w:tcW w:w="2880" w:type="dxa"/>
          </w:tcPr>
          <w:p w14:paraId="40E839C1" w14:textId="77777777" w:rsidR="008B1CB6" w:rsidRPr="003E271C" w:rsidRDefault="00000000">
            <w:proofErr w:type="spellStart"/>
            <w:r w:rsidRPr="003E271C">
              <w:t>Teléfono</w:t>
            </w:r>
            <w:proofErr w:type="spellEnd"/>
          </w:p>
        </w:tc>
        <w:tc>
          <w:tcPr>
            <w:tcW w:w="2880" w:type="dxa"/>
          </w:tcPr>
          <w:p w14:paraId="27FC7602" w14:textId="77777777" w:rsidR="008B1CB6" w:rsidRPr="003E271C" w:rsidRDefault="00000000">
            <w:r w:rsidRPr="003E271C">
              <w:t>Phone</w:t>
            </w:r>
          </w:p>
        </w:tc>
        <w:tc>
          <w:tcPr>
            <w:tcW w:w="2880" w:type="dxa"/>
          </w:tcPr>
          <w:p w14:paraId="1B47FCDA" w14:textId="77777777" w:rsidR="008B1CB6" w:rsidRPr="003E271C" w:rsidRDefault="008B1CB6"/>
        </w:tc>
      </w:tr>
      <w:tr w:rsidR="003E271C" w:rsidRPr="003E271C" w14:paraId="4CCBBFE1" w14:textId="77777777">
        <w:tc>
          <w:tcPr>
            <w:tcW w:w="2880" w:type="dxa"/>
          </w:tcPr>
          <w:p w14:paraId="4B9994FC" w14:textId="77777777" w:rsidR="008B1CB6" w:rsidRPr="003E271C" w:rsidRDefault="00000000">
            <w:r w:rsidRPr="003E271C">
              <w:t>Email</w:t>
            </w:r>
          </w:p>
        </w:tc>
        <w:tc>
          <w:tcPr>
            <w:tcW w:w="2880" w:type="dxa"/>
          </w:tcPr>
          <w:p w14:paraId="5DF5558C" w14:textId="77777777" w:rsidR="008B1CB6" w:rsidRPr="003E271C" w:rsidRDefault="00000000">
            <w:r w:rsidRPr="003E271C">
              <w:t>Email</w:t>
            </w:r>
          </w:p>
        </w:tc>
        <w:tc>
          <w:tcPr>
            <w:tcW w:w="2880" w:type="dxa"/>
          </w:tcPr>
          <w:p w14:paraId="27DFB912" w14:textId="77777777" w:rsidR="008B1CB6" w:rsidRPr="003E271C" w:rsidRDefault="008B1CB6"/>
        </w:tc>
      </w:tr>
    </w:tbl>
    <w:p w14:paraId="3F8CFA7F" w14:textId="77777777" w:rsidR="008B1CB6" w:rsidRPr="003E271C" w:rsidRDefault="00000000">
      <w:proofErr w:type="spellStart"/>
      <w:r w:rsidRPr="003E271C">
        <w:t>Categoría</w:t>
      </w:r>
      <w:proofErr w:type="spellEnd"/>
      <w:r w:rsidRPr="003E271C">
        <w:t xml:space="preserve"> / Category (*): ☐ PRO ☐ PRO WOMAN ☐ JUNIOR ☐ VETERANS</w:t>
      </w:r>
    </w:p>
    <w:p w14:paraId="1E72B939" w14:textId="77777777" w:rsidR="008B1CB6" w:rsidRPr="003E271C" w:rsidRDefault="00000000">
      <w:pPr>
        <w:pStyle w:val="Ttulo2"/>
        <w:rPr>
          <w:color w:val="auto"/>
        </w:rPr>
      </w:pPr>
      <w:r w:rsidRPr="003E271C">
        <w:rPr>
          <w:color w:val="auto"/>
          <w:highlight w:val="lightGray"/>
        </w:rPr>
        <w:lastRenderedPageBreak/>
        <w:t>DATOS DEPORTIVOS / SPORT DETAILS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E271C" w:rsidRPr="003E271C" w14:paraId="5E9DB7A1" w14:textId="77777777">
        <w:tc>
          <w:tcPr>
            <w:tcW w:w="2880" w:type="dxa"/>
          </w:tcPr>
          <w:p w14:paraId="32388671" w14:textId="77777777" w:rsidR="008B1CB6" w:rsidRPr="003E271C" w:rsidRDefault="00000000">
            <w:r w:rsidRPr="003E271C">
              <w:t>ES</w:t>
            </w:r>
          </w:p>
        </w:tc>
        <w:tc>
          <w:tcPr>
            <w:tcW w:w="2880" w:type="dxa"/>
          </w:tcPr>
          <w:p w14:paraId="3D8A6283" w14:textId="77777777" w:rsidR="008B1CB6" w:rsidRPr="003E271C" w:rsidRDefault="00000000">
            <w:r w:rsidRPr="003E271C">
              <w:t>EN</w:t>
            </w:r>
          </w:p>
        </w:tc>
        <w:tc>
          <w:tcPr>
            <w:tcW w:w="2880" w:type="dxa"/>
          </w:tcPr>
          <w:p w14:paraId="00F1FDAE" w14:textId="77777777" w:rsidR="008B1CB6" w:rsidRPr="003E271C" w:rsidRDefault="008B1CB6"/>
        </w:tc>
      </w:tr>
      <w:tr w:rsidR="003E271C" w:rsidRPr="003E271C" w14:paraId="456F03C5" w14:textId="77777777">
        <w:tc>
          <w:tcPr>
            <w:tcW w:w="2880" w:type="dxa"/>
          </w:tcPr>
          <w:p w14:paraId="639A76E6" w14:textId="77777777" w:rsidR="008B1CB6" w:rsidRPr="003E271C" w:rsidRDefault="00000000">
            <w:r w:rsidRPr="003E271C">
              <w:t xml:space="preserve">Nº de </w:t>
            </w:r>
            <w:proofErr w:type="spellStart"/>
            <w:r w:rsidRPr="003E271C">
              <w:t>Licencia</w:t>
            </w:r>
            <w:proofErr w:type="spellEnd"/>
          </w:p>
        </w:tc>
        <w:tc>
          <w:tcPr>
            <w:tcW w:w="2880" w:type="dxa"/>
          </w:tcPr>
          <w:p w14:paraId="37D051F0" w14:textId="77777777" w:rsidR="008B1CB6" w:rsidRPr="003E271C" w:rsidRDefault="00000000">
            <w:r w:rsidRPr="003E271C">
              <w:t>License Number</w:t>
            </w:r>
          </w:p>
        </w:tc>
        <w:tc>
          <w:tcPr>
            <w:tcW w:w="2880" w:type="dxa"/>
          </w:tcPr>
          <w:p w14:paraId="4DE42BBE" w14:textId="77777777" w:rsidR="008B1CB6" w:rsidRPr="003E271C" w:rsidRDefault="008B1CB6"/>
        </w:tc>
      </w:tr>
      <w:tr w:rsidR="003E271C" w:rsidRPr="003E271C" w14:paraId="0580C064" w14:textId="77777777">
        <w:tc>
          <w:tcPr>
            <w:tcW w:w="2880" w:type="dxa"/>
          </w:tcPr>
          <w:p w14:paraId="4EF07E0C" w14:textId="77777777" w:rsidR="008B1CB6" w:rsidRPr="003E271C" w:rsidRDefault="00000000">
            <w:proofErr w:type="spellStart"/>
            <w:r w:rsidRPr="003E271C">
              <w:t>Federación</w:t>
            </w:r>
            <w:proofErr w:type="spellEnd"/>
          </w:p>
        </w:tc>
        <w:tc>
          <w:tcPr>
            <w:tcW w:w="2880" w:type="dxa"/>
          </w:tcPr>
          <w:p w14:paraId="7B207842" w14:textId="77777777" w:rsidR="008B1CB6" w:rsidRPr="003E271C" w:rsidRDefault="00000000">
            <w:r w:rsidRPr="003E271C">
              <w:t>Federation</w:t>
            </w:r>
          </w:p>
        </w:tc>
        <w:tc>
          <w:tcPr>
            <w:tcW w:w="2880" w:type="dxa"/>
          </w:tcPr>
          <w:p w14:paraId="27B27D61" w14:textId="77777777" w:rsidR="008B1CB6" w:rsidRPr="003E271C" w:rsidRDefault="008B1CB6"/>
        </w:tc>
      </w:tr>
      <w:tr w:rsidR="003E271C" w:rsidRPr="003E271C" w14:paraId="5313B976" w14:textId="77777777">
        <w:tc>
          <w:tcPr>
            <w:tcW w:w="2880" w:type="dxa"/>
          </w:tcPr>
          <w:p w14:paraId="3761811D" w14:textId="77777777" w:rsidR="008B1CB6" w:rsidRPr="003E271C" w:rsidRDefault="00000000">
            <w:r w:rsidRPr="003E271C">
              <w:t>País / Team</w:t>
            </w:r>
          </w:p>
        </w:tc>
        <w:tc>
          <w:tcPr>
            <w:tcW w:w="2880" w:type="dxa"/>
          </w:tcPr>
          <w:p w14:paraId="32A305A2" w14:textId="77777777" w:rsidR="008B1CB6" w:rsidRPr="003E271C" w:rsidRDefault="00000000">
            <w:r w:rsidRPr="003E271C">
              <w:t>Country / Team</w:t>
            </w:r>
          </w:p>
        </w:tc>
        <w:tc>
          <w:tcPr>
            <w:tcW w:w="2880" w:type="dxa"/>
          </w:tcPr>
          <w:p w14:paraId="331BF85C" w14:textId="77777777" w:rsidR="008B1CB6" w:rsidRPr="003E271C" w:rsidRDefault="008B1CB6"/>
        </w:tc>
      </w:tr>
    </w:tbl>
    <w:p w14:paraId="36BECE1E" w14:textId="77777777" w:rsidR="008B1CB6" w:rsidRPr="003E271C" w:rsidRDefault="00000000">
      <w:pPr>
        <w:pStyle w:val="Ttulo2"/>
        <w:rPr>
          <w:color w:val="auto"/>
        </w:rPr>
      </w:pPr>
      <w:r w:rsidRPr="003E271C">
        <w:rPr>
          <w:color w:val="auto"/>
          <w:highlight w:val="lightGray"/>
        </w:rPr>
        <w:t>INFORMACIÓN ADICIONAL / ADDITIONAL INFORMATION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E271C" w:rsidRPr="003E271C" w14:paraId="45194047" w14:textId="77777777">
        <w:tc>
          <w:tcPr>
            <w:tcW w:w="2880" w:type="dxa"/>
          </w:tcPr>
          <w:p w14:paraId="50F61E1A" w14:textId="77777777" w:rsidR="008B1CB6" w:rsidRPr="003E271C" w:rsidRDefault="00000000">
            <w:r w:rsidRPr="003E271C">
              <w:t>ES</w:t>
            </w:r>
          </w:p>
        </w:tc>
        <w:tc>
          <w:tcPr>
            <w:tcW w:w="2880" w:type="dxa"/>
          </w:tcPr>
          <w:p w14:paraId="0CEDB70C" w14:textId="77777777" w:rsidR="008B1CB6" w:rsidRPr="003E271C" w:rsidRDefault="00000000">
            <w:r w:rsidRPr="003E271C">
              <w:t>EN</w:t>
            </w:r>
          </w:p>
        </w:tc>
        <w:tc>
          <w:tcPr>
            <w:tcW w:w="2880" w:type="dxa"/>
          </w:tcPr>
          <w:p w14:paraId="1693F48B" w14:textId="77777777" w:rsidR="008B1CB6" w:rsidRPr="003E271C" w:rsidRDefault="008B1CB6"/>
        </w:tc>
      </w:tr>
      <w:tr w:rsidR="003E271C" w:rsidRPr="003E271C" w14:paraId="027660FC" w14:textId="77777777">
        <w:tc>
          <w:tcPr>
            <w:tcW w:w="2880" w:type="dxa"/>
          </w:tcPr>
          <w:p w14:paraId="74C3BE14" w14:textId="77777777" w:rsidR="008B1CB6" w:rsidRPr="003E271C" w:rsidRDefault="00000000">
            <w:r w:rsidRPr="003E271C">
              <w:t>Talla (</w:t>
            </w:r>
            <w:proofErr w:type="spellStart"/>
            <w:r w:rsidRPr="003E271C">
              <w:t>ropa</w:t>
            </w:r>
            <w:proofErr w:type="spellEnd"/>
            <w:r w:rsidRPr="003E271C">
              <w:t xml:space="preserve"> </w:t>
            </w:r>
            <w:proofErr w:type="spellStart"/>
            <w:r w:rsidRPr="003E271C">
              <w:t>oficial</w:t>
            </w:r>
            <w:proofErr w:type="spellEnd"/>
            <w:r w:rsidRPr="003E271C">
              <w:t>)</w:t>
            </w:r>
          </w:p>
        </w:tc>
        <w:tc>
          <w:tcPr>
            <w:tcW w:w="2880" w:type="dxa"/>
          </w:tcPr>
          <w:p w14:paraId="146000C0" w14:textId="77777777" w:rsidR="008B1CB6" w:rsidRPr="003E271C" w:rsidRDefault="00000000">
            <w:r w:rsidRPr="003E271C">
              <w:t>Clothing Size</w:t>
            </w:r>
          </w:p>
        </w:tc>
        <w:tc>
          <w:tcPr>
            <w:tcW w:w="2880" w:type="dxa"/>
          </w:tcPr>
          <w:p w14:paraId="4209866A" w14:textId="77777777" w:rsidR="008B1CB6" w:rsidRPr="003E271C" w:rsidRDefault="008B1CB6"/>
        </w:tc>
      </w:tr>
      <w:tr w:rsidR="003E271C" w:rsidRPr="003E271C" w14:paraId="5E543FAE" w14:textId="77777777">
        <w:tc>
          <w:tcPr>
            <w:tcW w:w="2880" w:type="dxa"/>
          </w:tcPr>
          <w:p w14:paraId="12735A2C" w14:textId="77777777" w:rsidR="008B1CB6" w:rsidRPr="003E271C" w:rsidRDefault="00000000">
            <w:pPr>
              <w:rPr>
                <w:lang w:val="es-ES"/>
              </w:rPr>
            </w:pPr>
            <w:r w:rsidRPr="003E271C">
              <w:rPr>
                <w:lang w:val="es-ES"/>
              </w:rPr>
              <w:t>Asistentes a la Gala Nº</w:t>
            </w:r>
          </w:p>
        </w:tc>
        <w:tc>
          <w:tcPr>
            <w:tcW w:w="2880" w:type="dxa"/>
          </w:tcPr>
          <w:p w14:paraId="6E570D6B" w14:textId="77777777" w:rsidR="008B1CB6" w:rsidRPr="003E271C" w:rsidRDefault="00000000">
            <w:r w:rsidRPr="003E271C">
              <w:t>Gala Attendees Nº</w:t>
            </w:r>
          </w:p>
        </w:tc>
        <w:tc>
          <w:tcPr>
            <w:tcW w:w="2880" w:type="dxa"/>
          </w:tcPr>
          <w:p w14:paraId="1CAAC500" w14:textId="77777777" w:rsidR="008B1CB6" w:rsidRPr="003E271C" w:rsidRDefault="008B1CB6"/>
        </w:tc>
      </w:tr>
      <w:tr w:rsidR="003E271C" w:rsidRPr="003E271C" w14:paraId="1EB774B0" w14:textId="77777777">
        <w:tc>
          <w:tcPr>
            <w:tcW w:w="2880" w:type="dxa"/>
          </w:tcPr>
          <w:p w14:paraId="611BD644" w14:textId="77777777" w:rsidR="008B1CB6" w:rsidRPr="003E271C" w:rsidRDefault="00000000">
            <w:proofErr w:type="spellStart"/>
            <w:r w:rsidRPr="003E271C">
              <w:t>Observaciones</w:t>
            </w:r>
            <w:proofErr w:type="spellEnd"/>
          </w:p>
        </w:tc>
        <w:tc>
          <w:tcPr>
            <w:tcW w:w="2880" w:type="dxa"/>
          </w:tcPr>
          <w:p w14:paraId="03F7E9AA" w14:textId="77777777" w:rsidR="008B1CB6" w:rsidRPr="003E271C" w:rsidRDefault="00000000">
            <w:r w:rsidRPr="003E271C">
              <w:t>Remarks</w:t>
            </w:r>
          </w:p>
        </w:tc>
        <w:tc>
          <w:tcPr>
            <w:tcW w:w="2880" w:type="dxa"/>
          </w:tcPr>
          <w:p w14:paraId="58CBD501" w14:textId="77777777" w:rsidR="008B1CB6" w:rsidRPr="003E271C" w:rsidRDefault="008B1CB6"/>
        </w:tc>
      </w:tr>
    </w:tbl>
    <w:p w14:paraId="7F0437EF" w14:textId="77777777" w:rsidR="008B1CB6" w:rsidRPr="003E271C" w:rsidRDefault="00000000">
      <w:pPr>
        <w:pStyle w:val="Ttulo2"/>
        <w:rPr>
          <w:color w:val="auto"/>
          <w:lang w:val="es-ES"/>
        </w:rPr>
      </w:pPr>
      <w:r w:rsidRPr="003E271C">
        <w:rPr>
          <w:color w:val="auto"/>
          <w:highlight w:val="lightGray"/>
          <w:lang w:val="es-ES"/>
        </w:rPr>
        <w:t>CONTACTO DE EMERGENCIA / EMERGENCY CONTACT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880"/>
        <w:gridCol w:w="2880"/>
        <w:gridCol w:w="2880"/>
      </w:tblGrid>
      <w:tr w:rsidR="003E271C" w:rsidRPr="003E271C" w14:paraId="33FD7FB6" w14:textId="77777777">
        <w:tc>
          <w:tcPr>
            <w:tcW w:w="2880" w:type="dxa"/>
          </w:tcPr>
          <w:p w14:paraId="5FE2CE46" w14:textId="77777777" w:rsidR="008B1CB6" w:rsidRPr="003E271C" w:rsidRDefault="00000000">
            <w:r w:rsidRPr="003E271C">
              <w:t>ES</w:t>
            </w:r>
          </w:p>
        </w:tc>
        <w:tc>
          <w:tcPr>
            <w:tcW w:w="2880" w:type="dxa"/>
          </w:tcPr>
          <w:p w14:paraId="1B10366A" w14:textId="77777777" w:rsidR="008B1CB6" w:rsidRPr="003E271C" w:rsidRDefault="00000000">
            <w:r w:rsidRPr="003E271C">
              <w:t>EN</w:t>
            </w:r>
          </w:p>
        </w:tc>
        <w:tc>
          <w:tcPr>
            <w:tcW w:w="2880" w:type="dxa"/>
          </w:tcPr>
          <w:p w14:paraId="580431F6" w14:textId="77777777" w:rsidR="008B1CB6" w:rsidRPr="003E271C" w:rsidRDefault="008B1CB6"/>
        </w:tc>
      </w:tr>
      <w:tr w:rsidR="003E271C" w:rsidRPr="003E271C" w14:paraId="1DEC16D4" w14:textId="77777777">
        <w:tc>
          <w:tcPr>
            <w:tcW w:w="2880" w:type="dxa"/>
          </w:tcPr>
          <w:p w14:paraId="1F193EB0" w14:textId="77777777" w:rsidR="008B1CB6" w:rsidRPr="003E271C" w:rsidRDefault="00000000">
            <w:r w:rsidRPr="003E271C">
              <w:t>Nombre</w:t>
            </w:r>
          </w:p>
        </w:tc>
        <w:tc>
          <w:tcPr>
            <w:tcW w:w="2880" w:type="dxa"/>
          </w:tcPr>
          <w:p w14:paraId="2686AA0D" w14:textId="77777777" w:rsidR="008B1CB6" w:rsidRPr="003E271C" w:rsidRDefault="00000000">
            <w:r w:rsidRPr="003E271C">
              <w:t>Name</w:t>
            </w:r>
          </w:p>
        </w:tc>
        <w:tc>
          <w:tcPr>
            <w:tcW w:w="2880" w:type="dxa"/>
          </w:tcPr>
          <w:p w14:paraId="17366C79" w14:textId="77777777" w:rsidR="008B1CB6" w:rsidRPr="003E271C" w:rsidRDefault="008B1CB6"/>
        </w:tc>
      </w:tr>
      <w:tr w:rsidR="003E271C" w:rsidRPr="003E271C" w14:paraId="33AEC5E3" w14:textId="77777777">
        <w:tc>
          <w:tcPr>
            <w:tcW w:w="2880" w:type="dxa"/>
          </w:tcPr>
          <w:p w14:paraId="053497B0" w14:textId="77777777" w:rsidR="008B1CB6" w:rsidRPr="003E271C" w:rsidRDefault="00000000">
            <w:proofErr w:type="spellStart"/>
            <w:r w:rsidRPr="003E271C">
              <w:t>Teléfono</w:t>
            </w:r>
            <w:proofErr w:type="spellEnd"/>
          </w:p>
        </w:tc>
        <w:tc>
          <w:tcPr>
            <w:tcW w:w="2880" w:type="dxa"/>
          </w:tcPr>
          <w:p w14:paraId="4DABF827" w14:textId="77777777" w:rsidR="008B1CB6" w:rsidRPr="003E271C" w:rsidRDefault="00000000">
            <w:r w:rsidRPr="003E271C">
              <w:t>Phone</w:t>
            </w:r>
          </w:p>
        </w:tc>
        <w:tc>
          <w:tcPr>
            <w:tcW w:w="2880" w:type="dxa"/>
          </w:tcPr>
          <w:p w14:paraId="595BD95E" w14:textId="77777777" w:rsidR="008B1CB6" w:rsidRPr="003E271C" w:rsidRDefault="008B1CB6"/>
        </w:tc>
      </w:tr>
      <w:tr w:rsidR="003E271C" w:rsidRPr="003E271C" w14:paraId="48EF04AD" w14:textId="77777777">
        <w:tc>
          <w:tcPr>
            <w:tcW w:w="2880" w:type="dxa"/>
          </w:tcPr>
          <w:p w14:paraId="52EA6E07" w14:textId="77777777" w:rsidR="008B1CB6" w:rsidRPr="003E271C" w:rsidRDefault="00000000">
            <w:proofErr w:type="spellStart"/>
            <w:r w:rsidRPr="003E271C">
              <w:t>Relación</w:t>
            </w:r>
            <w:proofErr w:type="spellEnd"/>
          </w:p>
        </w:tc>
        <w:tc>
          <w:tcPr>
            <w:tcW w:w="2880" w:type="dxa"/>
          </w:tcPr>
          <w:p w14:paraId="068BF736" w14:textId="77777777" w:rsidR="008B1CB6" w:rsidRPr="003E271C" w:rsidRDefault="00000000">
            <w:r w:rsidRPr="003E271C">
              <w:t>Relationship</w:t>
            </w:r>
          </w:p>
        </w:tc>
        <w:tc>
          <w:tcPr>
            <w:tcW w:w="2880" w:type="dxa"/>
          </w:tcPr>
          <w:p w14:paraId="42977EFA" w14:textId="77777777" w:rsidR="008B1CB6" w:rsidRPr="003E271C" w:rsidRDefault="008B1CB6"/>
        </w:tc>
      </w:tr>
    </w:tbl>
    <w:p w14:paraId="1493421C" w14:textId="77777777" w:rsidR="008B1CB6" w:rsidRPr="003E271C" w:rsidRDefault="00000000">
      <w:r w:rsidRPr="003E271C">
        <w:rPr>
          <w:lang w:val="es-ES"/>
        </w:rPr>
        <w:br/>
      </w:r>
      <w:r w:rsidRPr="003E271C">
        <w:rPr>
          <w:highlight w:val="lightGray"/>
          <w:lang w:val="es-ES"/>
        </w:rPr>
        <w:t>DECLARACIÓN / DECLARATION:</w:t>
      </w:r>
      <w:r w:rsidRPr="003E271C">
        <w:rPr>
          <w:lang w:val="es-ES"/>
        </w:rPr>
        <w:br/>
        <w:t>El participante acepta normas, seguro y responsabilidad.</w:t>
      </w:r>
      <w:r w:rsidRPr="003E271C">
        <w:rPr>
          <w:lang w:val="es-ES"/>
        </w:rPr>
        <w:br/>
      </w:r>
      <w:r w:rsidRPr="003E271C">
        <w:t>The participant agrees to rules, insurance and responsibility.</w:t>
      </w:r>
    </w:p>
    <w:p w14:paraId="705BD6CE" w14:textId="77777777" w:rsidR="008B1CB6" w:rsidRPr="003E271C" w:rsidRDefault="00000000">
      <w:r w:rsidRPr="003E271C">
        <w:br/>
        <w:t xml:space="preserve">Enviar / Send to: </w:t>
      </w:r>
      <w:r w:rsidRPr="003A4D1D">
        <w:rPr>
          <w:b/>
          <w:bCs/>
        </w:rPr>
        <w:t>secretaria@fmrmurcia.com</w:t>
      </w:r>
    </w:p>
    <w:p w14:paraId="0E4C843E" w14:textId="77777777" w:rsidR="008B1CB6" w:rsidRPr="003E271C" w:rsidRDefault="00000000">
      <w:r w:rsidRPr="003E271C">
        <w:br/>
      </w:r>
      <w:r w:rsidRPr="003E271C">
        <w:rPr>
          <w:highlight w:val="lightGray"/>
        </w:rPr>
        <w:t>FIRMA / SIGNATURE:</w:t>
      </w:r>
      <w:r w:rsidRPr="003E271C">
        <w:br/>
        <w:t>En / At ____________, a / on ___ de / of __________ 2026</w:t>
      </w:r>
      <w:r w:rsidRPr="003E271C">
        <w:br/>
      </w:r>
      <w:r w:rsidRPr="003E271C">
        <w:br/>
        <w:t>Nombre / Name:</w:t>
      </w:r>
      <w:r w:rsidRPr="003E271C">
        <w:br/>
      </w:r>
      <w:r w:rsidRPr="003E271C">
        <w:br/>
        <w:t>Firma / Signature:</w:t>
      </w:r>
    </w:p>
    <w:sectPr w:rsidR="008B1CB6" w:rsidRPr="003E271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370838239">
    <w:abstractNumId w:val="8"/>
  </w:num>
  <w:num w:numId="2" w16cid:durableId="822892768">
    <w:abstractNumId w:val="6"/>
  </w:num>
  <w:num w:numId="3" w16cid:durableId="1364935917">
    <w:abstractNumId w:val="5"/>
  </w:num>
  <w:num w:numId="4" w16cid:durableId="102265562">
    <w:abstractNumId w:val="4"/>
  </w:num>
  <w:num w:numId="5" w16cid:durableId="892732560">
    <w:abstractNumId w:val="7"/>
  </w:num>
  <w:num w:numId="6" w16cid:durableId="1432778785">
    <w:abstractNumId w:val="3"/>
  </w:num>
  <w:num w:numId="7" w16cid:durableId="17201244">
    <w:abstractNumId w:val="2"/>
  </w:num>
  <w:num w:numId="8" w16cid:durableId="1171683551">
    <w:abstractNumId w:val="1"/>
  </w:num>
  <w:num w:numId="9" w16cid:durableId="3163036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A4D1D"/>
    <w:rsid w:val="003E271C"/>
    <w:rsid w:val="004317EC"/>
    <w:rsid w:val="008B1CB6"/>
    <w:rsid w:val="00A16ADB"/>
    <w:rsid w:val="00AA1D8D"/>
    <w:rsid w:val="00B47730"/>
    <w:rsid w:val="00CB0664"/>
    <w:rsid w:val="00FC43B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4D42A3A"/>
  <w14:defaultImageDpi w14:val="300"/>
  <w15:docId w15:val="{6AFFA9A3-29D9-49B9-91B6-9B7C6035C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uerte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189</Words>
  <Characters>1041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1228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Dioni Baño</cp:lastModifiedBy>
  <cp:revision>3</cp:revision>
  <dcterms:created xsi:type="dcterms:W3CDTF">2013-12-23T23:15:00Z</dcterms:created>
  <dcterms:modified xsi:type="dcterms:W3CDTF">2026-04-06T19:19:00Z</dcterms:modified>
  <cp:category/>
</cp:coreProperties>
</file>